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FC307" w14:textId="77777777" w:rsidR="00252222" w:rsidRDefault="00000000">
      <w:pPr>
        <w:jc w:val="center"/>
      </w:pPr>
      <w:r>
        <w:rPr>
          <w:noProof/>
        </w:rPr>
        <w:drawing>
          <wp:inline distT="0" distB="0" distL="0" distR="0" wp14:anchorId="6552B41A" wp14:editId="30D42F6D">
            <wp:extent cx="566928" cy="5669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f-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928" cy="56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9C660" w14:textId="77777777" w:rsidR="00252222" w:rsidRPr="00E719A3" w:rsidRDefault="00000000">
      <w:pPr>
        <w:spacing w:after="20"/>
        <w:jc w:val="center"/>
        <w:rPr>
          <w:sz w:val="26"/>
          <w:szCs w:val="26"/>
        </w:rPr>
      </w:pPr>
      <w:r w:rsidRPr="00E719A3">
        <w:rPr>
          <w:b/>
          <w:sz w:val="26"/>
          <w:szCs w:val="26"/>
        </w:rPr>
        <w:t>Silver League Hall of Fame Nomination Form</w:t>
      </w:r>
    </w:p>
    <w:p w14:paraId="4F521DAC" w14:textId="77777777" w:rsidR="002F7CAB" w:rsidRDefault="002F7CAB">
      <w:pPr>
        <w:spacing w:after="20"/>
        <w:rPr>
          <w:b/>
        </w:rPr>
      </w:pPr>
    </w:p>
    <w:p w14:paraId="5A5C1AD4" w14:textId="019514F8" w:rsidR="00252222" w:rsidRPr="002F7CAB" w:rsidRDefault="00000000">
      <w:pPr>
        <w:spacing w:after="20"/>
        <w:rPr>
          <w:sz w:val="20"/>
          <w:szCs w:val="20"/>
        </w:rPr>
      </w:pPr>
      <w:r w:rsidRPr="002F7CAB">
        <w:rPr>
          <w:b/>
          <w:sz w:val="20"/>
          <w:szCs w:val="20"/>
        </w:rPr>
        <w:t>Nominee’s Name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01"/>
        <w:gridCol w:w="5501"/>
      </w:tblGrid>
      <w:tr w:rsidR="00252222" w14:paraId="28FB9E31" w14:textId="77777777">
        <w:trPr>
          <w:jc w:val="center"/>
        </w:trPr>
        <w:tc>
          <w:tcPr>
            <w:tcW w:w="5501" w:type="dxa"/>
            <w:tcMar>
              <w:top w:w="5" w:type="dxa"/>
              <w:left w:w="20" w:type="dxa"/>
              <w:bottom w:w="5" w:type="dxa"/>
              <w:right w:w="20" w:type="dxa"/>
            </w:tcMar>
          </w:tcPr>
          <w:p w14:paraId="47B2BBBF" w14:textId="77777777" w:rsidR="002F7CAB" w:rsidRPr="002F7CAB" w:rsidRDefault="002F7CAB">
            <w:pPr>
              <w:pStyle w:val="Compact"/>
              <w:rPr>
                <w:sz w:val="20"/>
                <w:szCs w:val="20"/>
              </w:rPr>
            </w:pPr>
          </w:p>
          <w:p w14:paraId="1A7E1B92" w14:textId="163B72A2" w:rsidR="00252222" w:rsidRPr="002F7CAB" w:rsidRDefault="00000000">
            <w:pPr>
              <w:pStyle w:val="Compact"/>
              <w:rPr>
                <w:sz w:val="20"/>
                <w:szCs w:val="20"/>
              </w:rPr>
            </w:pPr>
            <w:r w:rsidRPr="002F7CAB">
              <w:rPr>
                <w:sz w:val="20"/>
                <w:szCs w:val="20"/>
              </w:rPr>
              <w:t>First: ____________________________________</w:t>
            </w:r>
            <w:r w:rsidR="002F7CAB">
              <w:rPr>
                <w:sz w:val="20"/>
                <w:szCs w:val="20"/>
              </w:rPr>
              <w:t>_______</w:t>
            </w:r>
          </w:p>
        </w:tc>
        <w:tc>
          <w:tcPr>
            <w:tcW w:w="5501" w:type="dxa"/>
            <w:tcMar>
              <w:top w:w="5" w:type="dxa"/>
              <w:left w:w="20" w:type="dxa"/>
              <w:bottom w:w="5" w:type="dxa"/>
              <w:right w:w="20" w:type="dxa"/>
            </w:tcMar>
          </w:tcPr>
          <w:p w14:paraId="66E1DAD5" w14:textId="77777777" w:rsidR="002F7CAB" w:rsidRPr="002F7CAB" w:rsidRDefault="002F7CAB">
            <w:pPr>
              <w:pStyle w:val="Compact"/>
              <w:rPr>
                <w:sz w:val="20"/>
                <w:szCs w:val="20"/>
              </w:rPr>
            </w:pPr>
          </w:p>
          <w:p w14:paraId="72F480BC" w14:textId="4A624ACD" w:rsidR="00252222" w:rsidRPr="002F7CAB" w:rsidRDefault="00000000">
            <w:pPr>
              <w:pStyle w:val="Compact"/>
              <w:rPr>
                <w:sz w:val="20"/>
                <w:szCs w:val="20"/>
              </w:rPr>
            </w:pPr>
            <w:r w:rsidRPr="002F7CAB">
              <w:rPr>
                <w:sz w:val="20"/>
                <w:szCs w:val="20"/>
              </w:rPr>
              <w:t>Last: ____________________________________</w:t>
            </w:r>
            <w:r w:rsidR="002F7CAB">
              <w:rPr>
                <w:sz w:val="20"/>
                <w:szCs w:val="20"/>
              </w:rPr>
              <w:t>________</w:t>
            </w:r>
          </w:p>
        </w:tc>
      </w:tr>
    </w:tbl>
    <w:p w14:paraId="3FBA3BA8" w14:textId="77777777" w:rsidR="002F7CAB" w:rsidRDefault="002F7CAB">
      <w:pPr>
        <w:pStyle w:val="Compact"/>
        <w:spacing w:before="20" w:after="20"/>
        <w:rPr>
          <w:b/>
        </w:rPr>
      </w:pPr>
    </w:p>
    <w:p w14:paraId="57F074DF" w14:textId="1C493671" w:rsidR="00252222" w:rsidRPr="002F7CAB" w:rsidRDefault="00000000">
      <w:pPr>
        <w:pStyle w:val="Compact"/>
        <w:spacing w:before="20" w:after="20"/>
        <w:rPr>
          <w:sz w:val="18"/>
          <w:szCs w:val="18"/>
        </w:rPr>
      </w:pPr>
      <w:r w:rsidRPr="002F7CAB">
        <w:rPr>
          <w:b/>
          <w:sz w:val="18"/>
          <w:szCs w:val="18"/>
        </w:rPr>
        <w:t xml:space="preserve">Eligibility: </w:t>
      </w:r>
      <w:r w:rsidRPr="002F7CAB">
        <w:rPr>
          <w:sz w:val="18"/>
          <w:szCs w:val="18"/>
        </w:rPr>
        <w:t>Nominee must have been an active member of the Silver League for a minimum of Ten (10) years as a player, manager, sponsor, board member, or umpire. The ten-year rule may be waived if the nominee is deceased.</w:t>
      </w:r>
    </w:p>
    <w:p w14:paraId="1B498896" w14:textId="77777777" w:rsidR="002F7CAB" w:rsidRDefault="002F7CAB">
      <w:pPr>
        <w:pStyle w:val="Compact"/>
        <w:spacing w:after="20"/>
        <w:rPr>
          <w:sz w:val="18"/>
          <w:szCs w:val="18"/>
        </w:rPr>
      </w:pPr>
    </w:p>
    <w:p w14:paraId="3EC07C42" w14:textId="423FD8C8" w:rsidR="00252222" w:rsidRPr="002F7CAB" w:rsidRDefault="00000000">
      <w:pPr>
        <w:pStyle w:val="Compact"/>
        <w:spacing w:after="20"/>
        <w:rPr>
          <w:sz w:val="18"/>
          <w:szCs w:val="18"/>
        </w:rPr>
      </w:pPr>
      <w:r w:rsidRPr="002F7CAB">
        <w:rPr>
          <w:sz w:val="18"/>
          <w:szCs w:val="18"/>
        </w:rPr>
        <w:t xml:space="preserve">All nominations must be received by </w:t>
      </w:r>
      <w:r w:rsidRPr="002F7CAB">
        <w:rPr>
          <w:b/>
          <w:sz w:val="18"/>
          <w:szCs w:val="18"/>
        </w:rPr>
        <w:t>Eddie Schepp</w:t>
      </w:r>
      <w:r w:rsidRPr="002F7CAB">
        <w:rPr>
          <w:sz w:val="18"/>
          <w:szCs w:val="18"/>
        </w:rPr>
        <w:t xml:space="preserve"> by </w:t>
      </w:r>
      <w:r w:rsidRPr="002F7CAB">
        <w:rPr>
          <w:b/>
          <w:sz w:val="18"/>
          <w:szCs w:val="18"/>
        </w:rPr>
        <w:t>June 25, 2027</w:t>
      </w:r>
      <w:r w:rsidRPr="002F7CAB">
        <w:rPr>
          <w:sz w:val="18"/>
          <w:szCs w:val="18"/>
        </w:rPr>
        <w:t xml:space="preserve">. Nominations may be submitted online, sent via email or U.S. Mail. </w:t>
      </w:r>
    </w:p>
    <w:p w14:paraId="288CFEFB" w14:textId="77777777" w:rsidR="002F7CAB" w:rsidRPr="002F7CAB" w:rsidRDefault="002F7CAB">
      <w:pPr>
        <w:pStyle w:val="Compact"/>
        <w:rPr>
          <w:b/>
          <w:sz w:val="18"/>
          <w:szCs w:val="18"/>
        </w:rPr>
      </w:pPr>
    </w:p>
    <w:p w14:paraId="796BC35E" w14:textId="05B670B4" w:rsidR="00252222" w:rsidRPr="002F7CAB" w:rsidRDefault="002F7CAB">
      <w:pPr>
        <w:pStyle w:val="Compact"/>
        <w:rPr>
          <w:sz w:val="18"/>
          <w:szCs w:val="18"/>
        </w:rPr>
      </w:pPr>
      <w:r>
        <w:rPr>
          <w:b/>
          <w:sz w:val="18"/>
          <w:szCs w:val="18"/>
        </w:rPr>
        <w:t>R</w:t>
      </w:r>
      <w:r w:rsidR="00000000" w:rsidRPr="002F7CAB">
        <w:rPr>
          <w:b/>
          <w:sz w:val="18"/>
          <w:szCs w:val="18"/>
        </w:rPr>
        <w:t>equirements for nominated candidates:</w:t>
      </w:r>
    </w:p>
    <w:p w14:paraId="3632F3B8" w14:textId="77777777" w:rsidR="00252222" w:rsidRPr="002F7CAB" w:rsidRDefault="00000000">
      <w:pPr>
        <w:pStyle w:val="Small"/>
        <w:ind w:left="230" w:hanging="173"/>
        <w:rPr>
          <w:sz w:val="18"/>
          <w:szCs w:val="18"/>
        </w:rPr>
      </w:pPr>
      <w:r w:rsidRPr="002F7CAB">
        <w:rPr>
          <w:b/>
          <w:sz w:val="18"/>
          <w:szCs w:val="18"/>
        </w:rPr>
        <w:t xml:space="preserve">• </w:t>
      </w:r>
      <w:r w:rsidRPr="002F7CAB">
        <w:rPr>
          <w:sz w:val="18"/>
          <w:szCs w:val="18"/>
        </w:rPr>
        <w:t>Must be a positive and respected representative of the League, exhibit good character, integrity, and sportsmanship.</w:t>
      </w:r>
    </w:p>
    <w:p w14:paraId="5BBCBC60" w14:textId="77777777" w:rsidR="00252222" w:rsidRPr="002F7CAB" w:rsidRDefault="00000000">
      <w:pPr>
        <w:pStyle w:val="Small"/>
        <w:ind w:left="230" w:hanging="173"/>
        <w:rPr>
          <w:sz w:val="18"/>
          <w:szCs w:val="18"/>
        </w:rPr>
      </w:pPr>
      <w:r w:rsidRPr="002F7CAB">
        <w:rPr>
          <w:b/>
          <w:sz w:val="18"/>
          <w:szCs w:val="18"/>
        </w:rPr>
        <w:t xml:space="preserve">• </w:t>
      </w:r>
      <w:r w:rsidRPr="002F7CAB">
        <w:rPr>
          <w:sz w:val="18"/>
          <w:szCs w:val="18"/>
        </w:rPr>
        <w:t>A candidate nominated as a player should have been in the top 25% of all players in the division(s) they played in for 6 of the 10 years they played.</w:t>
      </w:r>
    </w:p>
    <w:p w14:paraId="7293833E" w14:textId="77777777" w:rsidR="00252222" w:rsidRPr="002F7CAB" w:rsidRDefault="00000000">
      <w:pPr>
        <w:pStyle w:val="Small"/>
        <w:ind w:left="230" w:hanging="173"/>
        <w:rPr>
          <w:sz w:val="18"/>
          <w:szCs w:val="18"/>
        </w:rPr>
      </w:pPr>
      <w:r w:rsidRPr="002F7CAB">
        <w:rPr>
          <w:b/>
          <w:sz w:val="18"/>
          <w:szCs w:val="18"/>
        </w:rPr>
        <w:t xml:space="preserve">• </w:t>
      </w:r>
      <w:r w:rsidRPr="002F7CAB">
        <w:rPr>
          <w:sz w:val="18"/>
          <w:szCs w:val="18"/>
        </w:rPr>
        <w:t>The Umpire-In-Chief should be consulted for input on nominees submitted as Umpires.</w:t>
      </w:r>
    </w:p>
    <w:p w14:paraId="201ECF98" w14:textId="77777777" w:rsidR="00252222" w:rsidRPr="002F7CAB" w:rsidRDefault="00000000">
      <w:pPr>
        <w:pStyle w:val="Small"/>
        <w:ind w:left="230" w:hanging="173"/>
        <w:rPr>
          <w:sz w:val="18"/>
          <w:szCs w:val="18"/>
        </w:rPr>
      </w:pPr>
      <w:r w:rsidRPr="002F7CAB">
        <w:rPr>
          <w:b/>
          <w:sz w:val="18"/>
          <w:szCs w:val="18"/>
        </w:rPr>
        <w:t xml:space="preserve">• </w:t>
      </w:r>
      <w:r w:rsidRPr="002F7CAB">
        <w:rPr>
          <w:sz w:val="18"/>
          <w:szCs w:val="18"/>
        </w:rPr>
        <w:t>Sponsors will be eligible for consideration after ten (10) years. Only one (1) Sponsor should be considered for election per year. The Screening Committee will have the discretion to submit a sponsor’s nomination to the Election Committee based on the total number of nominees.</w:t>
      </w:r>
    </w:p>
    <w:p w14:paraId="590ECD9D" w14:textId="77777777" w:rsidR="00252222" w:rsidRPr="002F7CAB" w:rsidRDefault="00000000">
      <w:pPr>
        <w:pStyle w:val="Small"/>
        <w:ind w:left="230" w:hanging="173"/>
        <w:rPr>
          <w:sz w:val="18"/>
          <w:szCs w:val="18"/>
        </w:rPr>
      </w:pPr>
      <w:r w:rsidRPr="002F7CAB">
        <w:rPr>
          <w:b/>
          <w:sz w:val="18"/>
          <w:szCs w:val="18"/>
        </w:rPr>
        <w:t xml:space="preserve">• </w:t>
      </w:r>
      <w:r w:rsidRPr="002F7CAB">
        <w:rPr>
          <w:sz w:val="18"/>
          <w:szCs w:val="18"/>
        </w:rPr>
        <w:t>League Contributor candidates can include anyone who is widely recognized as having gone above and beyond to promote or otherwise strengthen Silver League Softball through service as a manager, Board member, or other supporting role.</w:t>
      </w:r>
    </w:p>
    <w:p w14:paraId="64E29EED" w14:textId="77777777" w:rsidR="002F7CAB" w:rsidRPr="002F7CAB" w:rsidRDefault="002F7CAB">
      <w:pPr>
        <w:pStyle w:val="Small"/>
        <w:spacing w:before="20" w:after="20"/>
        <w:rPr>
          <w:sz w:val="18"/>
          <w:szCs w:val="18"/>
        </w:rPr>
      </w:pPr>
    </w:p>
    <w:p w14:paraId="27F2E03F" w14:textId="5A73F52D" w:rsidR="00252222" w:rsidRPr="002F7CAB" w:rsidRDefault="002F7CAB" w:rsidP="002F7CAB">
      <w:pPr>
        <w:pStyle w:val="Compact"/>
        <w:spacing w:after="20"/>
        <w:rPr>
          <w:sz w:val="18"/>
          <w:szCs w:val="18"/>
        </w:rPr>
      </w:pPr>
      <w:r w:rsidRPr="002F7CAB">
        <w:rPr>
          <w:sz w:val="18"/>
          <w:szCs w:val="18"/>
        </w:rPr>
        <w:t>It is not necessary to resubmit players each year.</w:t>
      </w:r>
      <w:r>
        <w:rPr>
          <w:sz w:val="18"/>
          <w:szCs w:val="18"/>
        </w:rPr>
        <w:t xml:space="preserve"> </w:t>
      </w:r>
      <w:r w:rsidR="00000000" w:rsidRPr="002F7CAB">
        <w:rPr>
          <w:sz w:val="18"/>
          <w:szCs w:val="18"/>
        </w:rPr>
        <w:t>Candidates will remain eligible for a total of three years once they are nominated. If a nominee fails to be elected, he can be nominated again after sitting out for one (1) year.</w:t>
      </w:r>
    </w:p>
    <w:p w14:paraId="134F3B64" w14:textId="77777777" w:rsidR="002F7CAB" w:rsidRDefault="002F7CAB">
      <w:pPr>
        <w:pStyle w:val="CompactBold"/>
        <w:spacing w:before="20"/>
      </w:pPr>
    </w:p>
    <w:p w14:paraId="2B918D0E" w14:textId="64F7D911" w:rsidR="00252222" w:rsidRDefault="00000000">
      <w:pPr>
        <w:pStyle w:val="CompactBold"/>
        <w:spacing w:before="20"/>
      </w:pPr>
      <w:r>
        <w:t>Complete all applicable: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01"/>
        <w:gridCol w:w="5501"/>
      </w:tblGrid>
      <w:tr w:rsidR="00252222" w14:paraId="52A8D0F0" w14:textId="77777777">
        <w:trPr>
          <w:jc w:val="center"/>
        </w:trPr>
        <w:tc>
          <w:tcPr>
            <w:tcW w:w="5501" w:type="dxa"/>
            <w:tcMar>
              <w:top w:w="4" w:type="dxa"/>
              <w:left w:w="20" w:type="dxa"/>
              <w:bottom w:w="4" w:type="dxa"/>
              <w:right w:w="20" w:type="dxa"/>
            </w:tcMar>
          </w:tcPr>
          <w:p w14:paraId="40F7E878" w14:textId="77777777" w:rsidR="002F7CAB" w:rsidRDefault="002F7CAB">
            <w:pPr>
              <w:pStyle w:val="Small"/>
            </w:pPr>
          </w:p>
          <w:p w14:paraId="09DD2675" w14:textId="5D4C7C7F" w:rsidR="00252222" w:rsidRDefault="00000000">
            <w:pPr>
              <w:pStyle w:val="Small"/>
            </w:pPr>
            <w:r>
              <w:t>Number of years as a Player: ____</w:t>
            </w:r>
            <w:r w:rsidR="002F7CAB">
              <w:t>___</w:t>
            </w:r>
            <w:r>
              <w:t>__</w:t>
            </w:r>
          </w:p>
        </w:tc>
        <w:tc>
          <w:tcPr>
            <w:tcW w:w="5501" w:type="dxa"/>
            <w:tcMar>
              <w:top w:w="4" w:type="dxa"/>
              <w:left w:w="20" w:type="dxa"/>
              <w:bottom w:w="4" w:type="dxa"/>
              <w:right w:w="20" w:type="dxa"/>
            </w:tcMar>
          </w:tcPr>
          <w:p w14:paraId="629F6ABE" w14:textId="77777777" w:rsidR="002F7CAB" w:rsidRDefault="002F7CAB">
            <w:pPr>
              <w:pStyle w:val="Small"/>
            </w:pPr>
          </w:p>
          <w:p w14:paraId="04191E37" w14:textId="2F7F38C0" w:rsidR="00252222" w:rsidRDefault="00000000">
            <w:pPr>
              <w:pStyle w:val="Small"/>
            </w:pPr>
            <w:r>
              <w:t xml:space="preserve">Number of years as a </w:t>
            </w:r>
            <w:proofErr w:type="gramStart"/>
            <w:r>
              <w:t>Manager</w:t>
            </w:r>
            <w:proofErr w:type="gramEnd"/>
            <w:r>
              <w:t>: __</w:t>
            </w:r>
            <w:r w:rsidR="002F7CAB">
              <w:t>___</w:t>
            </w:r>
            <w:r>
              <w:t>____</w:t>
            </w:r>
          </w:p>
        </w:tc>
      </w:tr>
      <w:tr w:rsidR="00252222" w14:paraId="4E4C973E" w14:textId="77777777">
        <w:trPr>
          <w:jc w:val="center"/>
        </w:trPr>
        <w:tc>
          <w:tcPr>
            <w:tcW w:w="5501" w:type="dxa"/>
            <w:tcMar>
              <w:top w:w="4" w:type="dxa"/>
              <w:left w:w="20" w:type="dxa"/>
              <w:bottom w:w="4" w:type="dxa"/>
              <w:right w:w="20" w:type="dxa"/>
            </w:tcMar>
          </w:tcPr>
          <w:p w14:paraId="28664DCF" w14:textId="77777777" w:rsidR="002F7CAB" w:rsidRDefault="002F7CAB">
            <w:pPr>
              <w:pStyle w:val="Small"/>
            </w:pPr>
          </w:p>
          <w:p w14:paraId="3164606E" w14:textId="27B09FBA" w:rsidR="00252222" w:rsidRDefault="00000000">
            <w:pPr>
              <w:pStyle w:val="Small"/>
            </w:pPr>
            <w:r>
              <w:t>Number of years as a Sponsor: _____</w:t>
            </w:r>
            <w:r w:rsidR="002F7CAB">
              <w:t>___</w:t>
            </w:r>
            <w:r>
              <w:t>_</w:t>
            </w:r>
          </w:p>
        </w:tc>
        <w:tc>
          <w:tcPr>
            <w:tcW w:w="5501" w:type="dxa"/>
            <w:tcMar>
              <w:top w:w="4" w:type="dxa"/>
              <w:left w:w="20" w:type="dxa"/>
              <w:bottom w:w="4" w:type="dxa"/>
              <w:right w:w="20" w:type="dxa"/>
            </w:tcMar>
          </w:tcPr>
          <w:p w14:paraId="54021A59" w14:textId="77777777" w:rsidR="002F7CAB" w:rsidRDefault="002F7CAB">
            <w:pPr>
              <w:pStyle w:val="Small"/>
            </w:pPr>
          </w:p>
          <w:p w14:paraId="72D41C3F" w14:textId="43E6E3B4" w:rsidR="00252222" w:rsidRDefault="00000000">
            <w:pPr>
              <w:pStyle w:val="Small"/>
            </w:pPr>
            <w:r>
              <w:t>Name of Sponsor: ______________</w:t>
            </w:r>
            <w:r w:rsidR="002F7CAB">
              <w:t>__________________</w:t>
            </w:r>
            <w:r>
              <w:t>____________</w:t>
            </w:r>
          </w:p>
        </w:tc>
      </w:tr>
      <w:tr w:rsidR="00252222" w14:paraId="33613F20" w14:textId="77777777">
        <w:trPr>
          <w:jc w:val="center"/>
        </w:trPr>
        <w:tc>
          <w:tcPr>
            <w:tcW w:w="5501" w:type="dxa"/>
            <w:tcMar>
              <w:top w:w="4" w:type="dxa"/>
              <w:left w:w="20" w:type="dxa"/>
              <w:bottom w:w="4" w:type="dxa"/>
              <w:right w:w="20" w:type="dxa"/>
            </w:tcMar>
          </w:tcPr>
          <w:p w14:paraId="2EFED7E9" w14:textId="77777777" w:rsidR="002F7CAB" w:rsidRDefault="002F7CAB">
            <w:pPr>
              <w:pStyle w:val="Small"/>
            </w:pPr>
          </w:p>
          <w:p w14:paraId="6B531730" w14:textId="32D752F8" w:rsidR="00252222" w:rsidRDefault="00000000">
            <w:pPr>
              <w:pStyle w:val="Small"/>
            </w:pPr>
            <w:r>
              <w:t>Number of years as a League Official: ___</w:t>
            </w:r>
            <w:r w:rsidR="002F7CAB">
              <w:t>___</w:t>
            </w:r>
            <w:r>
              <w:t>___</w:t>
            </w:r>
          </w:p>
        </w:tc>
        <w:tc>
          <w:tcPr>
            <w:tcW w:w="5501" w:type="dxa"/>
            <w:tcMar>
              <w:top w:w="4" w:type="dxa"/>
              <w:left w:w="20" w:type="dxa"/>
              <w:bottom w:w="4" w:type="dxa"/>
              <w:right w:w="20" w:type="dxa"/>
            </w:tcMar>
          </w:tcPr>
          <w:p w14:paraId="43B11410" w14:textId="77777777" w:rsidR="002F7CAB" w:rsidRDefault="002F7CAB">
            <w:pPr>
              <w:pStyle w:val="Small"/>
            </w:pPr>
          </w:p>
          <w:p w14:paraId="6DAD7B54" w14:textId="17AB643E" w:rsidR="00252222" w:rsidRDefault="00000000">
            <w:pPr>
              <w:pStyle w:val="Small"/>
            </w:pPr>
            <w:r>
              <w:t>Number of years as an Umpire: _</w:t>
            </w:r>
            <w:r w:rsidR="002F7CAB">
              <w:t>___</w:t>
            </w:r>
            <w:r>
              <w:t>____</w:t>
            </w:r>
          </w:p>
        </w:tc>
      </w:tr>
    </w:tbl>
    <w:p w14:paraId="0618AD16" w14:textId="77777777" w:rsidR="002F7CAB" w:rsidRDefault="002F7CAB">
      <w:pPr>
        <w:pStyle w:val="CompactBold"/>
        <w:spacing w:before="20" w:after="20"/>
      </w:pPr>
    </w:p>
    <w:p w14:paraId="037CD0D3" w14:textId="77777777" w:rsidR="002F7CAB" w:rsidRDefault="002F7CAB">
      <w:pPr>
        <w:pStyle w:val="CompactBold"/>
        <w:spacing w:before="20" w:after="20"/>
      </w:pPr>
    </w:p>
    <w:p w14:paraId="34BF80F9" w14:textId="5C5A40C8" w:rsidR="00252222" w:rsidRPr="00DF1429" w:rsidRDefault="00000000">
      <w:pPr>
        <w:pStyle w:val="CompactBold"/>
        <w:spacing w:before="20" w:after="20"/>
        <w:rPr>
          <w:sz w:val="18"/>
          <w:szCs w:val="18"/>
        </w:rPr>
      </w:pPr>
      <w:r w:rsidRPr="00DF1429">
        <w:rPr>
          <w:sz w:val="18"/>
          <w:szCs w:val="18"/>
        </w:rPr>
        <w:t xml:space="preserve">Information about the nominee significant to Hall of Fame consideration </w:t>
      </w:r>
      <w:r w:rsidRPr="00DF1429">
        <w:rPr>
          <w:b w:val="0"/>
          <w:bCs/>
          <w:i/>
          <w:iCs/>
          <w:sz w:val="18"/>
          <w:szCs w:val="18"/>
        </w:rPr>
        <w:t>(</w:t>
      </w:r>
      <w:proofErr w:type="gramStart"/>
      <w:r w:rsidR="00DF1429" w:rsidRPr="00DF1429">
        <w:rPr>
          <w:b w:val="0"/>
          <w:bCs/>
          <w:i/>
          <w:iCs/>
          <w:sz w:val="18"/>
          <w:szCs w:val="18"/>
        </w:rPr>
        <w:t>write on</w:t>
      </w:r>
      <w:proofErr w:type="gramEnd"/>
      <w:r w:rsidR="00DF1429" w:rsidRPr="00DF1429">
        <w:rPr>
          <w:b w:val="0"/>
          <w:bCs/>
          <w:i/>
          <w:iCs/>
          <w:sz w:val="18"/>
          <w:szCs w:val="18"/>
        </w:rPr>
        <w:t xml:space="preserve"> back or </w:t>
      </w:r>
      <w:r w:rsidRPr="00DF1429">
        <w:rPr>
          <w:b w:val="0"/>
          <w:bCs/>
          <w:i/>
          <w:iCs/>
          <w:sz w:val="18"/>
          <w:szCs w:val="18"/>
        </w:rPr>
        <w:t>attach an additional page if needed)</w:t>
      </w:r>
      <w:r w:rsidRPr="00DF1429">
        <w:rPr>
          <w:sz w:val="18"/>
          <w:szCs w:val="18"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01"/>
        <w:gridCol w:w="5515"/>
        <w:gridCol w:w="35"/>
      </w:tblGrid>
      <w:tr w:rsidR="00252222" w14:paraId="383E303E" w14:textId="77777777">
        <w:trPr>
          <w:gridAfter w:val="1"/>
          <w:wAfter w:w="25" w:type="dxa"/>
          <w:jc w:val="center"/>
        </w:trPr>
        <w:tc>
          <w:tcPr>
            <w:tcW w:w="1101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ED5F575" w14:textId="77777777" w:rsidR="002F7CAB" w:rsidRDefault="002F7CAB">
            <w:pPr>
              <w:pStyle w:val="Small"/>
            </w:pPr>
          </w:p>
          <w:p w14:paraId="6D23C8EF" w14:textId="77777777" w:rsidR="002F7CAB" w:rsidRDefault="002F7CAB">
            <w:pPr>
              <w:pStyle w:val="Small"/>
            </w:pPr>
          </w:p>
          <w:p w14:paraId="0BD272D9" w14:textId="77777777" w:rsidR="002F7CAB" w:rsidRDefault="002F7CAB">
            <w:pPr>
              <w:pStyle w:val="Small"/>
            </w:pPr>
          </w:p>
          <w:p w14:paraId="676C0927" w14:textId="77777777" w:rsidR="002F7CAB" w:rsidRDefault="002F7CAB">
            <w:pPr>
              <w:pStyle w:val="Small"/>
            </w:pPr>
          </w:p>
          <w:p w14:paraId="64F836AE" w14:textId="77777777" w:rsidR="002F7CAB" w:rsidRDefault="002F7CAB">
            <w:pPr>
              <w:pStyle w:val="Small"/>
            </w:pPr>
          </w:p>
          <w:p w14:paraId="4412520A" w14:textId="77777777" w:rsidR="002F7CAB" w:rsidRDefault="002F7CAB">
            <w:pPr>
              <w:pStyle w:val="Small"/>
            </w:pPr>
          </w:p>
          <w:p w14:paraId="34F98757" w14:textId="77777777" w:rsidR="002F7CAB" w:rsidRDefault="002F7CAB">
            <w:pPr>
              <w:pStyle w:val="Small"/>
            </w:pPr>
          </w:p>
          <w:p w14:paraId="53DBE7F3" w14:textId="77777777" w:rsidR="002F7CAB" w:rsidRDefault="002F7CAB">
            <w:pPr>
              <w:pStyle w:val="Small"/>
            </w:pPr>
          </w:p>
          <w:p w14:paraId="3796ACA1" w14:textId="77777777" w:rsidR="002F7CAB" w:rsidRDefault="002F7CAB">
            <w:pPr>
              <w:pStyle w:val="Small"/>
            </w:pPr>
          </w:p>
          <w:p w14:paraId="613B6C77" w14:textId="77777777" w:rsidR="00753930" w:rsidRDefault="00753930">
            <w:pPr>
              <w:pStyle w:val="Small"/>
            </w:pPr>
          </w:p>
          <w:p w14:paraId="5653A2CB" w14:textId="77777777" w:rsidR="002F7CAB" w:rsidRDefault="002F7CAB">
            <w:pPr>
              <w:pStyle w:val="Small"/>
            </w:pPr>
          </w:p>
          <w:p w14:paraId="4C577867" w14:textId="77777777" w:rsidR="002F7CAB" w:rsidRDefault="002F7CAB">
            <w:pPr>
              <w:pStyle w:val="Small"/>
            </w:pPr>
          </w:p>
          <w:p w14:paraId="33F12D38" w14:textId="77777777" w:rsidR="002F7CAB" w:rsidRDefault="002F7CAB">
            <w:pPr>
              <w:pStyle w:val="Small"/>
            </w:pPr>
          </w:p>
          <w:p w14:paraId="7F925A67" w14:textId="77777777" w:rsidR="002F7CAB" w:rsidRDefault="002F7CAB">
            <w:pPr>
              <w:pStyle w:val="Small"/>
            </w:pPr>
          </w:p>
          <w:p w14:paraId="2014F1C4" w14:textId="77777777" w:rsidR="007E7D2F" w:rsidRDefault="007E7D2F">
            <w:pPr>
              <w:pStyle w:val="Small"/>
            </w:pPr>
          </w:p>
          <w:p w14:paraId="0805F141" w14:textId="77777777" w:rsidR="002F7CAB" w:rsidRDefault="002F7CAB">
            <w:pPr>
              <w:pStyle w:val="Small"/>
            </w:pPr>
          </w:p>
          <w:p w14:paraId="3E02AFF9" w14:textId="77777777" w:rsidR="00E719A3" w:rsidRDefault="00E719A3">
            <w:pPr>
              <w:pStyle w:val="Small"/>
            </w:pPr>
          </w:p>
          <w:p w14:paraId="47F8CE7B" w14:textId="77777777" w:rsidR="002F7CAB" w:rsidRDefault="002F7CAB">
            <w:pPr>
              <w:pStyle w:val="Small"/>
            </w:pPr>
          </w:p>
          <w:p w14:paraId="2AB0565F" w14:textId="77777777" w:rsidR="00E719A3" w:rsidRDefault="00E719A3">
            <w:pPr>
              <w:pStyle w:val="Small"/>
            </w:pPr>
          </w:p>
          <w:p w14:paraId="31C39BD6" w14:textId="01472124" w:rsidR="00252222" w:rsidRDefault="00000000">
            <w:pPr>
              <w:pStyle w:val="Small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252222" w14:paraId="0AD48C88" w14:textId="77777777">
        <w:trPr>
          <w:jc w:val="center"/>
        </w:trPr>
        <w:tc>
          <w:tcPr>
            <w:tcW w:w="5501" w:type="dxa"/>
            <w:tcMar>
              <w:top w:w="6" w:type="dxa"/>
              <w:left w:w="20" w:type="dxa"/>
              <w:bottom w:w="6" w:type="dxa"/>
              <w:right w:w="20" w:type="dxa"/>
            </w:tcMar>
          </w:tcPr>
          <w:p w14:paraId="06C9B392" w14:textId="77777777" w:rsidR="002F7CAB" w:rsidRPr="00F460A3" w:rsidRDefault="002F7CAB">
            <w:pPr>
              <w:pStyle w:val="Small"/>
              <w:rPr>
                <w:sz w:val="18"/>
                <w:szCs w:val="18"/>
              </w:rPr>
            </w:pPr>
          </w:p>
          <w:p w14:paraId="44CD89A6" w14:textId="3752665E" w:rsidR="00252222" w:rsidRPr="00F460A3" w:rsidRDefault="00F460A3">
            <w:pPr>
              <w:pStyle w:val="Smal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000000" w:rsidRPr="00F460A3">
              <w:rPr>
                <w:sz w:val="18"/>
                <w:szCs w:val="18"/>
              </w:rPr>
              <w:t>erson submitting application: _____________________</w:t>
            </w:r>
            <w:r>
              <w:rPr>
                <w:sz w:val="18"/>
                <w:szCs w:val="18"/>
              </w:rPr>
              <w:t>__</w:t>
            </w:r>
            <w:r w:rsidR="00000000" w:rsidRPr="00F460A3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>__</w:t>
            </w:r>
            <w:r w:rsidR="00000000" w:rsidRPr="00F460A3">
              <w:rPr>
                <w:sz w:val="18"/>
                <w:szCs w:val="18"/>
              </w:rPr>
              <w:t>_</w:t>
            </w:r>
          </w:p>
        </w:tc>
        <w:tc>
          <w:tcPr>
            <w:tcW w:w="5501" w:type="dxa"/>
            <w:gridSpan w:val="2"/>
            <w:tcMar>
              <w:top w:w="6" w:type="dxa"/>
              <w:left w:w="20" w:type="dxa"/>
              <w:bottom w:w="6" w:type="dxa"/>
              <w:right w:w="20" w:type="dxa"/>
            </w:tcMar>
          </w:tcPr>
          <w:p w14:paraId="65B0CBA7" w14:textId="77777777" w:rsidR="002F7CAB" w:rsidRPr="00F460A3" w:rsidRDefault="002F7CAB">
            <w:pPr>
              <w:pStyle w:val="Small"/>
              <w:rPr>
                <w:sz w:val="18"/>
                <w:szCs w:val="18"/>
              </w:rPr>
            </w:pPr>
          </w:p>
          <w:p w14:paraId="6F23A999" w14:textId="77777777" w:rsidR="00252222" w:rsidRPr="00F460A3" w:rsidRDefault="00000000">
            <w:pPr>
              <w:pStyle w:val="Small"/>
              <w:rPr>
                <w:sz w:val="18"/>
                <w:szCs w:val="18"/>
              </w:rPr>
            </w:pPr>
            <w:r w:rsidRPr="00F460A3">
              <w:rPr>
                <w:sz w:val="18"/>
                <w:szCs w:val="18"/>
              </w:rPr>
              <w:t>Email Address: ______________________________</w:t>
            </w:r>
          </w:p>
          <w:p w14:paraId="793665D5" w14:textId="77777777" w:rsidR="002F7CAB" w:rsidRPr="00F460A3" w:rsidRDefault="002F7CAB">
            <w:pPr>
              <w:pStyle w:val="Small"/>
              <w:rPr>
                <w:sz w:val="18"/>
                <w:szCs w:val="18"/>
              </w:rPr>
            </w:pPr>
          </w:p>
          <w:p w14:paraId="51A31439" w14:textId="77777777" w:rsidR="002F7CAB" w:rsidRPr="00F460A3" w:rsidRDefault="002F7CAB">
            <w:pPr>
              <w:pStyle w:val="Small"/>
              <w:rPr>
                <w:sz w:val="18"/>
                <w:szCs w:val="18"/>
              </w:rPr>
            </w:pPr>
          </w:p>
          <w:p w14:paraId="1C2677F4" w14:textId="02FAAC4E" w:rsidR="002F7CAB" w:rsidRPr="00F460A3" w:rsidRDefault="002F7CAB">
            <w:pPr>
              <w:pStyle w:val="Small"/>
              <w:rPr>
                <w:sz w:val="18"/>
                <w:szCs w:val="18"/>
              </w:rPr>
            </w:pPr>
          </w:p>
        </w:tc>
      </w:tr>
      <w:tr w:rsidR="00252222" w14:paraId="0BB93B7C" w14:textId="77777777">
        <w:trPr>
          <w:jc w:val="center"/>
        </w:trPr>
        <w:tc>
          <w:tcPr>
            <w:tcW w:w="5501" w:type="dxa"/>
            <w:tcMar>
              <w:top w:w="6" w:type="dxa"/>
              <w:left w:w="20" w:type="dxa"/>
              <w:bottom w:w="6" w:type="dxa"/>
              <w:right w:w="20" w:type="dxa"/>
            </w:tcMar>
          </w:tcPr>
          <w:p w14:paraId="171FFC6C" w14:textId="538EAFAC" w:rsidR="00252222" w:rsidRPr="00F460A3" w:rsidRDefault="00000000">
            <w:pPr>
              <w:pStyle w:val="Small"/>
              <w:rPr>
                <w:sz w:val="18"/>
                <w:szCs w:val="18"/>
              </w:rPr>
            </w:pPr>
            <w:r w:rsidRPr="00F460A3">
              <w:rPr>
                <w:sz w:val="18"/>
                <w:szCs w:val="18"/>
              </w:rPr>
              <w:t>Signature: _____________________________________________</w:t>
            </w:r>
          </w:p>
        </w:tc>
        <w:tc>
          <w:tcPr>
            <w:tcW w:w="5501" w:type="dxa"/>
            <w:gridSpan w:val="2"/>
            <w:tcMar>
              <w:top w:w="6" w:type="dxa"/>
              <w:left w:w="20" w:type="dxa"/>
              <w:bottom w:w="6" w:type="dxa"/>
              <w:right w:w="20" w:type="dxa"/>
            </w:tcMar>
          </w:tcPr>
          <w:p w14:paraId="1402A35A" w14:textId="64CA968B" w:rsidR="002F7CAB" w:rsidRPr="00F460A3" w:rsidRDefault="00000000">
            <w:pPr>
              <w:pStyle w:val="Small"/>
              <w:rPr>
                <w:sz w:val="18"/>
                <w:szCs w:val="18"/>
              </w:rPr>
            </w:pPr>
            <w:r w:rsidRPr="00F460A3">
              <w:rPr>
                <w:sz w:val="18"/>
                <w:szCs w:val="18"/>
              </w:rPr>
              <w:t>Date: __</w:t>
            </w:r>
            <w:r w:rsidR="00F460A3">
              <w:rPr>
                <w:sz w:val="18"/>
                <w:szCs w:val="18"/>
              </w:rPr>
              <w:t>___</w:t>
            </w:r>
            <w:r w:rsidRPr="00F460A3">
              <w:rPr>
                <w:sz w:val="18"/>
                <w:szCs w:val="18"/>
              </w:rPr>
              <w:t>____________________</w:t>
            </w:r>
          </w:p>
          <w:p w14:paraId="41238BDC" w14:textId="77777777" w:rsidR="002F7CAB" w:rsidRPr="00F460A3" w:rsidRDefault="002F7CAB">
            <w:pPr>
              <w:pStyle w:val="Small"/>
              <w:rPr>
                <w:sz w:val="18"/>
                <w:szCs w:val="18"/>
              </w:rPr>
            </w:pPr>
          </w:p>
        </w:tc>
      </w:tr>
      <w:tr w:rsidR="00252222" w14:paraId="63F42DD2" w14:textId="77777777">
        <w:trPr>
          <w:gridAfter w:val="1"/>
          <w:wAfter w:w="35" w:type="dxa"/>
          <w:jc w:val="center"/>
        </w:trPr>
        <w:tc>
          <w:tcPr>
            <w:tcW w:w="11016" w:type="dxa"/>
            <w:gridSpan w:val="2"/>
            <w:tcBorders>
              <w:top w:val="single" w:sz="5" w:space="0" w:color="A8B2BA"/>
              <w:left w:val="single" w:sz="5" w:space="0" w:color="A8B2BA"/>
              <w:bottom w:val="single" w:sz="5" w:space="0" w:color="A8B2BA"/>
              <w:right w:val="single" w:sz="5" w:space="0" w:color="A8B2BA"/>
            </w:tcBorders>
            <w:shd w:val="clear" w:color="auto" w:fill="EEF2F5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5547409" w14:textId="0825B5E2" w:rsidR="00252222" w:rsidRDefault="00000000" w:rsidP="00E719A3">
            <w:pPr>
              <w:pStyle w:val="Small"/>
            </w:pPr>
            <w:r>
              <w:rPr>
                <w:b/>
              </w:rPr>
              <w:t xml:space="preserve">Return completed form to: </w:t>
            </w:r>
            <w:proofErr w:type="gramStart"/>
            <w:proofErr w:type="gramEnd"/>
            <w:r>
              <w:rPr>
                <w:b w:val="0"/>
              </w:rPr>
              <w:t>Eddie Schepp  |  eschepp555@gmail.com  |  555 Redfield Ln.  |  Copley, OH 44321</w:t>
            </w:r>
          </w:p>
        </w:tc>
      </w:tr>
    </w:tbl>
    <w:p w14:paraId="298EC61B" w14:textId="77777777" w:rsidR="00BE1726" w:rsidRDefault="00BE1726"/>
    <w:sectPr w:rsidR="00BE1726" w:rsidSect="002F7C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4738132">
    <w:abstractNumId w:val="8"/>
  </w:num>
  <w:num w:numId="2" w16cid:durableId="1295478671">
    <w:abstractNumId w:val="6"/>
  </w:num>
  <w:num w:numId="3" w16cid:durableId="1417433211">
    <w:abstractNumId w:val="5"/>
  </w:num>
  <w:num w:numId="4" w16cid:durableId="1856191891">
    <w:abstractNumId w:val="4"/>
  </w:num>
  <w:num w:numId="5" w16cid:durableId="1955020085">
    <w:abstractNumId w:val="7"/>
  </w:num>
  <w:num w:numId="6" w16cid:durableId="1793279191">
    <w:abstractNumId w:val="3"/>
  </w:num>
  <w:num w:numId="7" w16cid:durableId="1688604341">
    <w:abstractNumId w:val="2"/>
  </w:num>
  <w:num w:numId="8" w16cid:durableId="449905334">
    <w:abstractNumId w:val="1"/>
  </w:num>
  <w:num w:numId="9" w16cid:durableId="1154641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2222"/>
    <w:rsid w:val="0029639D"/>
    <w:rsid w:val="002F7CAB"/>
    <w:rsid w:val="00326F90"/>
    <w:rsid w:val="00361403"/>
    <w:rsid w:val="00753930"/>
    <w:rsid w:val="007E7D2F"/>
    <w:rsid w:val="00AA1D8D"/>
    <w:rsid w:val="00B47730"/>
    <w:rsid w:val="00BE1726"/>
    <w:rsid w:val="00CB0664"/>
    <w:rsid w:val="00DF1429"/>
    <w:rsid w:val="00E719A3"/>
    <w:rsid w:val="00F460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446366"/>
  <w14:defaultImageDpi w14:val="300"/>
  <w15:docId w15:val="{F96F3CB5-BA76-4295-BABF-C9699613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30" w:lineRule="auto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">
    <w:name w:val="Small"/>
    <w:pPr>
      <w:spacing w:after="0" w:line="226" w:lineRule="auto"/>
    </w:pPr>
    <w:rPr>
      <w:rFonts w:ascii="Arial" w:hAnsi="Arial"/>
      <w:sz w:val="16"/>
    </w:rPr>
  </w:style>
  <w:style w:type="paragraph" w:customStyle="1" w:styleId="Compact">
    <w:name w:val="Compact"/>
    <w:pPr>
      <w:spacing w:after="0" w:line="226" w:lineRule="auto"/>
    </w:pPr>
    <w:rPr>
      <w:rFonts w:ascii="Arial" w:hAnsi="Arial"/>
      <w:sz w:val="17"/>
    </w:rPr>
  </w:style>
  <w:style w:type="paragraph" w:customStyle="1" w:styleId="CompactBold">
    <w:name w:val="CompactBold"/>
    <w:pPr>
      <w:spacing w:after="0" w:line="226" w:lineRule="auto"/>
    </w:pPr>
    <w:rPr>
      <w:rFonts w:ascii="Arial" w:hAnsi="Arial"/>
      <w:b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358</Words>
  <Characters>2056</Characters>
  <Application>Microsoft Office Word</Application>
  <DocSecurity>0</DocSecurity>
  <Lines>41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Kevin Kimmell</cp:lastModifiedBy>
  <cp:revision>7</cp:revision>
  <dcterms:created xsi:type="dcterms:W3CDTF">2013-12-23T23:15:00Z</dcterms:created>
  <dcterms:modified xsi:type="dcterms:W3CDTF">2026-09-09T17:58:00Z</dcterms:modified>
  <cp:category/>
</cp:coreProperties>
</file>